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/>
        <w:jc w:val="center"/>
      </w:pPr>
      <w:r>
        <w:rPr>
          <w:rFonts w:ascii="Arial" w:hAnsi="Arial"/>
          <w:b/>
          <w:sz w:val="24"/>
        </w:rPr>
        <w:t>ASSOCIAÇÃO GENTE DA SERRA DA MANTIQUEIRA</w:t>
      </w:r>
    </w:p>
    <w:p>
      <w:pPr>
        <w:spacing w:after="200"/>
        <w:jc w:val="center"/>
      </w:pPr>
      <w:r>
        <w:rPr>
          <w:rFonts w:ascii="Arial" w:hAnsi="Arial"/>
          <w:b/>
          <w:sz w:val="26"/>
        </w:rPr>
        <w:t>FICHA DE ASSOCIAÇÃO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Nome </w:t>
      </w:r>
      <w:r>
        <w:rPr>
          <w:rFonts w:ascii="Arial" w:hAnsi="Arial"/>
          <w:b w:val="0"/>
          <w:sz w:val="21"/>
          <w:u w:val="single"/>
        </w:rPr>
        <w:t>______________________________________________________________________________________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Nacionalidade </w:t>
      </w:r>
      <w:r>
        <w:rPr>
          <w:rFonts w:ascii="Arial" w:hAnsi="Arial"/>
          <w:b w:val="0"/>
          <w:sz w:val="21"/>
          <w:u w:val="single"/>
        </w:rPr>
        <w:t>_________________</w:t>
      </w:r>
      <w:r>
        <w:rPr>
          <w:rFonts w:ascii="Arial" w:hAnsi="Arial"/>
          <w:b w:val="0"/>
          <w:sz w:val="21"/>
          <w:u w:val="none"/>
        </w:rPr>
        <w:t xml:space="preserve">   Estado Civil </w:t>
      </w:r>
      <w:r>
        <w:rPr>
          <w:rFonts w:ascii="Arial" w:hAnsi="Arial"/>
          <w:b w:val="0"/>
          <w:sz w:val="21"/>
          <w:u w:val="single"/>
        </w:rPr>
        <w:t>__________________</w:t>
      </w:r>
      <w:r>
        <w:rPr>
          <w:rFonts w:ascii="Arial" w:hAnsi="Arial"/>
          <w:b w:val="0"/>
          <w:sz w:val="21"/>
          <w:u w:val="none"/>
        </w:rPr>
        <w:t xml:space="preserve">   Profissão </w:t>
      </w:r>
      <w:r>
        <w:rPr>
          <w:rFonts w:ascii="Arial" w:hAnsi="Arial"/>
          <w:b w:val="0"/>
          <w:sz w:val="21"/>
          <w:u w:val="single"/>
        </w:rPr>
        <w:t>________________________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Data de Nascimento </w:t>
      </w:r>
      <w:r>
        <w:rPr>
          <w:rFonts w:ascii="Arial" w:hAnsi="Arial"/>
          <w:b w:val="0"/>
          <w:sz w:val="21"/>
          <w:u w:val="single"/>
        </w:rPr>
        <w:t>____________</w:t>
      </w:r>
      <w:r>
        <w:rPr>
          <w:rFonts w:ascii="Arial" w:hAnsi="Arial"/>
          <w:b w:val="0"/>
          <w:sz w:val="21"/>
          <w:u w:val="none"/>
        </w:rPr>
        <w:t xml:space="preserve">   CPF </w:t>
      </w:r>
      <w:r>
        <w:rPr>
          <w:rFonts w:ascii="Arial" w:hAnsi="Arial"/>
          <w:b w:val="0"/>
          <w:sz w:val="21"/>
          <w:u w:val="single"/>
        </w:rPr>
        <w:t>__________________</w:t>
      </w:r>
      <w:r>
        <w:rPr>
          <w:rFonts w:ascii="Arial" w:hAnsi="Arial"/>
          <w:b w:val="0"/>
          <w:sz w:val="21"/>
          <w:u w:val="none"/>
        </w:rPr>
        <w:t xml:space="preserve">   RG </w:t>
      </w:r>
      <w:r>
        <w:rPr>
          <w:rFonts w:ascii="Arial" w:hAnsi="Arial"/>
          <w:b w:val="0"/>
          <w:sz w:val="21"/>
          <w:u w:val="single"/>
        </w:rPr>
        <w:t>____________________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Título de Eleitor </w:t>
      </w:r>
      <w:r>
        <w:rPr>
          <w:rFonts w:ascii="Arial" w:hAnsi="Arial"/>
          <w:b w:val="0"/>
          <w:sz w:val="21"/>
          <w:u w:val="single"/>
        </w:rPr>
        <w:t>__________________________</w:t>
      </w:r>
      <w:r>
        <w:rPr>
          <w:rFonts w:ascii="Arial" w:hAnsi="Arial"/>
          <w:b w:val="0"/>
          <w:sz w:val="21"/>
          <w:u w:val="none"/>
        </w:rPr>
        <w:t xml:space="preserve">   Zona/Seção </w:t>
      </w:r>
      <w:r>
        <w:rPr>
          <w:rFonts w:ascii="Arial" w:hAnsi="Arial"/>
          <w:b w:val="0"/>
          <w:sz w:val="21"/>
          <w:u w:val="single"/>
        </w:rPr>
        <w:t>__________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Endereço </w:t>
      </w:r>
      <w:r>
        <w:rPr>
          <w:rFonts w:ascii="Arial" w:hAnsi="Arial"/>
          <w:b w:val="0"/>
          <w:sz w:val="21"/>
          <w:u w:val="single"/>
        </w:rPr>
        <w:t>____________________________________________________</w:t>
      </w:r>
      <w:r>
        <w:rPr>
          <w:rFonts w:ascii="Arial" w:hAnsi="Arial"/>
          <w:b w:val="0"/>
          <w:sz w:val="21"/>
          <w:u w:val="none"/>
        </w:rPr>
        <w:t xml:space="preserve"> nº </w:t>
      </w:r>
      <w:r>
        <w:rPr>
          <w:rFonts w:ascii="Arial" w:hAnsi="Arial"/>
          <w:b w:val="0"/>
          <w:sz w:val="21"/>
          <w:u w:val="single"/>
        </w:rPr>
        <w:t>_______</w:t>
      </w:r>
      <w:r>
        <w:rPr>
          <w:rFonts w:ascii="Arial" w:hAnsi="Arial"/>
          <w:b w:val="0"/>
          <w:sz w:val="21"/>
          <w:u w:val="none"/>
        </w:rPr>
        <w:t xml:space="preserve"> Compl. </w:t>
      </w:r>
      <w:r>
        <w:rPr>
          <w:rFonts w:ascii="Arial" w:hAnsi="Arial"/>
          <w:b w:val="0"/>
          <w:sz w:val="21"/>
          <w:u w:val="single"/>
        </w:rPr>
        <w:t>__________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Bairro </w:t>
      </w:r>
      <w:r>
        <w:rPr>
          <w:rFonts w:ascii="Arial" w:hAnsi="Arial"/>
          <w:b w:val="0"/>
          <w:sz w:val="21"/>
          <w:u w:val="single"/>
        </w:rPr>
        <w:t>______________________</w:t>
      </w:r>
      <w:r>
        <w:rPr>
          <w:rFonts w:ascii="Arial" w:hAnsi="Arial"/>
          <w:b w:val="0"/>
          <w:sz w:val="21"/>
          <w:u w:val="none"/>
        </w:rPr>
        <w:t xml:space="preserve">   Cidade </w:t>
      </w:r>
      <w:r>
        <w:rPr>
          <w:rFonts w:ascii="Arial" w:hAnsi="Arial"/>
          <w:b w:val="0"/>
          <w:sz w:val="21"/>
          <w:u w:val="single"/>
        </w:rPr>
        <w:t>__________________________</w:t>
      </w:r>
      <w:r>
        <w:rPr>
          <w:rFonts w:ascii="Arial" w:hAnsi="Arial"/>
          <w:b w:val="0"/>
          <w:sz w:val="21"/>
          <w:u w:val="none"/>
        </w:rPr>
        <w:t xml:space="preserve">   Estado </w:t>
      </w:r>
      <w:r>
        <w:rPr>
          <w:rFonts w:ascii="Arial" w:hAnsi="Arial"/>
          <w:b w:val="0"/>
          <w:sz w:val="21"/>
          <w:u w:val="single"/>
        </w:rPr>
        <w:t>_____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CEP </w:t>
      </w:r>
      <w:r>
        <w:rPr>
          <w:rFonts w:ascii="Arial" w:hAnsi="Arial"/>
          <w:b w:val="0"/>
          <w:sz w:val="21"/>
          <w:u w:val="single"/>
        </w:rPr>
        <w:t>___________</w:t>
      </w:r>
      <w:r>
        <w:rPr>
          <w:rFonts w:ascii="Arial" w:hAnsi="Arial"/>
          <w:b w:val="0"/>
          <w:sz w:val="21"/>
          <w:u w:val="none"/>
        </w:rPr>
        <w:t xml:space="preserve">   Telefone </w:t>
      </w:r>
      <w:r>
        <w:rPr>
          <w:rFonts w:ascii="Arial" w:hAnsi="Arial"/>
          <w:b w:val="0"/>
          <w:sz w:val="21"/>
          <w:u w:val="single"/>
        </w:rPr>
        <w:t>__________________________________</w:t>
      </w:r>
    </w:p>
    <w:p>
      <w:pPr>
        <w:spacing w:after="160" w:line="240" w:lineRule="auto"/>
      </w:pPr>
      <w:r>
        <w:rPr>
          <w:rFonts w:ascii="Arial" w:hAnsi="Arial"/>
          <w:b w:val="0"/>
          <w:sz w:val="21"/>
          <w:u w:val="none"/>
        </w:rPr>
        <w:t xml:space="preserve">E-mail </w:t>
      </w:r>
      <w:r>
        <w:rPr>
          <w:rFonts w:ascii="Arial" w:hAnsi="Arial"/>
          <w:b w:val="0"/>
          <w:sz w:val="21"/>
          <w:u w:val="single"/>
        </w:rPr>
        <w:t>____________________________________________________________________________________</w:t>
      </w:r>
    </w:p>
    <w:p>
      <w:pPr>
        <w:spacing w:after="120" w:line="276" w:lineRule="auto"/>
        <w:jc w:val="both"/>
      </w:pPr>
      <w:r>
        <w:t>Venho, através desta, requerer a V. S.ª minha admissão como Associado da Associação Gente da Serra da Mantiqueira, conforme o que preceitua o Estatuto da Associação. Para este fim, declaro conhecer o Estatuto da Associação Gente da Serra da Mantiqueira, o qual está disponível para todos os associados no site da Associação, bem como respeitá-lo em toda a sua plenitude.</w:t>
      </w:r>
    </w:p>
    <w:p>
      <w:pPr>
        <w:spacing w:after="120" w:line="276" w:lineRule="auto"/>
        <w:jc w:val="both"/>
      </w:pPr>
      <w:r>
        <w:t>Por ser verdade, ratifico e assino todas as declarações por mim prestadas neste requerimento.</w:t>
      </w:r>
    </w:p>
    <w:p>
      <w:pPr>
        <w:spacing w:after="240" w:line="240" w:lineRule="auto"/>
      </w:pPr>
      <w:r>
        <w:rPr>
          <w:rFonts w:ascii="Arial" w:hAnsi="Arial"/>
          <w:b w:val="0"/>
          <w:sz w:val="21"/>
          <w:u w:val="none"/>
        </w:rPr>
        <w:t xml:space="preserve">Local (cidade/estado), </w:t>
      </w:r>
      <w:r>
        <w:rPr>
          <w:rFonts w:ascii="Arial" w:hAnsi="Arial"/>
          <w:b w:val="0"/>
          <w:sz w:val="21"/>
          <w:u w:val="single"/>
        </w:rPr>
        <w:t>________</w:t>
      </w:r>
      <w:r>
        <w:rPr>
          <w:rFonts w:ascii="Arial" w:hAnsi="Arial"/>
          <w:b w:val="0"/>
          <w:sz w:val="21"/>
          <w:u w:val="none"/>
        </w:rPr>
        <w:t xml:space="preserve"> de </w:t>
      </w:r>
      <w:r>
        <w:rPr>
          <w:rFonts w:ascii="Arial" w:hAnsi="Arial"/>
          <w:b w:val="0"/>
          <w:sz w:val="21"/>
          <w:u w:val="single"/>
        </w:rPr>
        <w:t>__________________</w:t>
      </w:r>
      <w:r>
        <w:rPr>
          <w:rFonts w:ascii="Arial" w:hAnsi="Arial"/>
          <w:b w:val="0"/>
          <w:sz w:val="21"/>
          <w:u w:val="none"/>
        </w:rPr>
        <w:t xml:space="preserve"> de </w:t>
      </w:r>
      <w:r>
        <w:rPr>
          <w:rFonts w:ascii="Arial" w:hAnsi="Arial"/>
          <w:b w:val="0"/>
          <w:sz w:val="21"/>
          <w:u w:val="single"/>
        </w:rPr>
        <w:t>________</w:t>
      </w:r>
      <w:r>
        <w:rPr>
          <w:rFonts w:ascii="Arial" w:hAnsi="Arial"/>
          <w:b w:val="0"/>
          <w:sz w:val="21"/>
          <w:u w:val="none"/>
        </w:rPr>
        <w:t>.</w:t>
      </w:r>
    </w:p>
    <w:p>
      <w:pPr>
        <w:spacing w:after="0"/>
        <w:jc w:val="center"/>
      </w:pPr>
      <w:r>
        <w:rPr>
          <w:rFonts w:ascii="Arial" w:hAnsi="Arial"/>
          <w:sz w:val="21"/>
          <w:u w:val="single"/>
        </w:rPr>
        <w:t>_______________________________</w:t>
      </w:r>
    </w:p>
    <w:p>
      <w:pPr>
        <w:spacing w:after="200"/>
        <w:jc w:val="center"/>
      </w:pPr>
      <w:r>
        <w:rPr>
          <w:rFonts w:ascii="Arial" w:hAnsi="Arial"/>
          <w:sz w:val="21"/>
        </w:rPr>
        <w:t>Requerente</w:t>
      </w:r>
    </w:p>
    <w:p>
      <w:pPr>
        <w:spacing w:after="80"/>
      </w:pPr>
      <w:r>
        <w:rPr>
          <w:rFonts w:ascii="Arial" w:hAnsi="Arial"/>
          <w:b/>
          <w:sz w:val="21"/>
        </w:rPr>
        <w:t>Associados Abonadores:</w:t>
      </w:r>
    </w:p>
    <w:p>
      <w:pPr>
        <w:spacing w:after="60" w:line="240" w:lineRule="auto"/>
      </w:pPr>
      <w:r>
        <w:rPr>
          <w:rFonts w:ascii="Arial" w:hAnsi="Arial"/>
          <w:b w:val="0"/>
          <w:sz w:val="21"/>
          <w:u w:val="none"/>
        </w:rPr>
        <w:t xml:space="preserve">1) </w:t>
      </w:r>
      <w:r>
        <w:rPr>
          <w:rFonts w:ascii="Arial" w:hAnsi="Arial"/>
          <w:b w:val="0"/>
          <w:sz w:val="21"/>
          <w:u w:val="single"/>
        </w:rPr>
        <w:t>__________________________________</w:t>
      </w:r>
      <w:r>
        <w:rPr>
          <w:rFonts w:ascii="Arial" w:hAnsi="Arial"/>
          <w:b w:val="0"/>
          <w:sz w:val="21"/>
          <w:u w:val="none"/>
        </w:rPr>
        <w:t xml:space="preserve">   CPF: </w:t>
      </w:r>
      <w:r>
        <w:rPr>
          <w:rFonts w:ascii="Arial" w:hAnsi="Arial"/>
          <w:b w:val="0"/>
          <w:sz w:val="21"/>
          <w:u w:val="single"/>
        </w:rPr>
        <w:t>________________</w:t>
      </w:r>
      <w:r>
        <w:rPr>
          <w:rFonts w:ascii="Arial" w:hAnsi="Arial"/>
          <w:b w:val="0"/>
          <w:sz w:val="21"/>
          <w:u w:val="none"/>
        </w:rPr>
        <w:t xml:space="preserve">   Assinatura </w:t>
      </w:r>
      <w:r>
        <w:rPr>
          <w:rFonts w:ascii="Arial" w:hAnsi="Arial"/>
          <w:b w:val="0"/>
          <w:sz w:val="21"/>
          <w:u w:val="single"/>
        </w:rPr>
        <w:t>______________</w:t>
      </w:r>
    </w:p>
    <w:p>
      <w:pPr>
        <w:spacing w:after="160" w:line="240" w:lineRule="auto"/>
      </w:pPr>
      <w:r>
        <w:rPr>
          <w:rFonts w:ascii="Arial" w:hAnsi="Arial"/>
          <w:b w:val="0"/>
          <w:sz w:val="21"/>
          <w:u w:val="none"/>
        </w:rPr>
        <w:t xml:space="preserve">2) </w:t>
      </w:r>
      <w:r>
        <w:rPr>
          <w:rFonts w:ascii="Arial" w:hAnsi="Arial"/>
          <w:b w:val="0"/>
          <w:sz w:val="21"/>
          <w:u w:val="single"/>
        </w:rPr>
        <w:t>__________________________________</w:t>
      </w:r>
      <w:r>
        <w:rPr>
          <w:rFonts w:ascii="Arial" w:hAnsi="Arial"/>
          <w:b w:val="0"/>
          <w:sz w:val="21"/>
          <w:u w:val="none"/>
        </w:rPr>
        <w:t xml:space="preserve">   CPF: </w:t>
      </w:r>
      <w:r>
        <w:rPr>
          <w:rFonts w:ascii="Arial" w:hAnsi="Arial"/>
          <w:b w:val="0"/>
          <w:sz w:val="21"/>
          <w:u w:val="single"/>
        </w:rPr>
        <w:t>________________</w:t>
      </w:r>
      <w:r>
        <w:rPr>
          <w:rFonts w:ascii="Arial" w:hAnsi="Arial"/>
          <w:b w:val="0"/>
          <w:sz w:val="21"/>
          <w:u w:val="none"/>
        </w:rPr>
        <w:t xml:space="preserve">   Assinatura </w:t>
      </w:r>
      <w:r>
        <w:rPr>
          <w:rFonts w:ascii="Arial" w:hAnsi="Arial"/>
          <w:b w:val="0"/>
          <w:sz w:val="21"/>
          <w:u w:val="single"/>
        </w:rPr>
        <w:t>______________</w:t>
      </w:r>
    </w:p>
    <w:p>
      <w:pPr>
        <w:spacing w:after="80" w:line="240" w:lineRule="auto"/>
      </w:pPr>
      <w:r>
        <w:rPr>
          <w:rFonts w:ascii="Arial" w:hAnsi="Arial"/>
          <w:b/>
          <w:sz w:val="21"/>
        </w:rPr>
        <w:t xml:space="preserve">DEFERIDO </w:t>
      </w:r>
      <w:r>
        <w:rPr>
          <w:rFonts w:ascii="Arial" w:hAnsi="Arial"/>
          <w:b w:val="0"/>
          <w:sz w:val="21"/>
        </w:rPr>
        <w:t xml:space="preserve">(   )   </w:t>
      </w:r>
      <w:r>
        <w:rPr>
          <w:rFonts w:ascii="Arial" w:hAnsi="Arial"/>
          <w:b/>
          <w:sz w:val="21"/>
        </w:rPr>
        <w:t xml:space="preserve">INDEFERIDO </w:t>
      </w:r>
      <w:r>
        <w:rPr>
          <w:rFonts w:ascii="Arial" w:hAnsi="Arial"/>
          <w:b w:val="0"/>
          <w:sz w:val="21"/>
        </w:rPr>
        <w:t>(   )</w:t>
      </w:r>
    </w:p>
    <w:p>
      <w:pPr>
        <w:spacing w:after="240" w:line="240" w:lineRule="auto"/>
      </w:pPr>
      <w:r>
        <w:rPr>
          <w:rFonts w:ascii="Arial" w:hAnsi="Arial"/>
          <w:b w:val="0"/>
          <w:sz w:val="21"/>
          <w:u w:val="none"/>
        </w:rPr>
        <w:t xml:space="preserve">Local (cidade/estado), </w:t>
      </w:r>
      <w:r>
        <w:rPr>
          <w:rFonts w:ascii="Arial" w:hAnsi="Arial"/>
          <w:b w:val="0"/>
          <w:sz w:val="21"/>
          <w:u w:val="single"/>
        </w:rPr>
        <w:t>________</w:t>
      </w:r>
      <w:r>
        <w:rPr>
          <w:rFonts w:ascii="Arial" w:hAnsi="Arial"/>
          <w:b w:val="0"/>
          <w:sz w:val="21"/>
          <w:u w:val="none"/>
        </w:rPr>
        <w:t xml:space="preserve"> de </w:t>
      </w:r>
      <w:r>
        <w:rPr>
          <w:rFonts w:ascii="Arial" w:hAnsi="Arial"/>
          <w:b w:val="0"/>
          <w:sz w:val="21"/>
          <w:u w:val="single"/>
        </w:rPr>
        <w:t>__________________</w:t>
      </w:r>
      <w:r>
        <w:rPr>
          <w:rFonts w:ascii="Arial" w:hAnsi="Arial"/>
          <w:b w:val="0"/>
          <w:sz w:val="21"/>
          <w:u w:val="none"/>
        </w:rPr>
        <w:t xml:space="preserve"> de </w:t>
      </w:r>
      <w:r>
        <w:rPr>
          <w:rFonts w:ascii="Arial" w:hAnsi="Arial"/>
          <w:b w:val="0"/>
          <w:sz w:val="21"/>
          <w:u w:val="single"/>
        </w:rPr>
        <w:t>________</w:t>
      </w:r>
      <w:r>
        <w:rPr>
          <w:rFonts w:ascii="Arial" w:hAnsi="Arial"/>
          <w:b w:val="0"/>
          <w:sz w:val="21"/>
          <w:u w:val="none"/>
        </w:rPr>
        <w:t>.</w:t>
      </w:r>
    </w:p>
    <w:p>
      <w:pPr>
        <w:spacing w:after="0"/>
        <w:jc w:val="center"/>
      </w:pPr>
      <w:r>
        <w:rPr>
          <w:rFonts w:ascii="Arial" w:hAnsi="Arial"/>
          <w:sz w:val="21"/>
          <w:u w:val="single"/>
        </w:rPr>
        <w:t>__________________________________</w:t>
      </w:r>
    </w:p>
    <w:p>
      <w:pPr>
        <w:spacing w:after="0"/>
        <w:jc w:val="center"/>
      </w:pPr>
      <w:r>
        <w:rPr>
          <w:rFonts w:ascii="Arial" w:hAnsi="Arial"/>
          <w:sz w:val="21"/>
        </w:rPr>
        <w:t>Presidente da Associação Gente da Serra da Mantiqueira</w:t>
      </w:r>
    </w:p>
    <w:sectPr w:rsidR="00FC693F" w:rsidRPr="0006063C" w:rsidSect="00034616">
      <w:pgSz w:w="12240" w:h="15840"/>
      <w:pgMar w:top="964" w:right="1134" w:bottom="96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